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D508F" w14:textId="77777777" w:rsidR="005740E0" w:rsidRDefault="00000000">
      <w:pPr>
        <w:spacing w:after="40"/>
        <w:jc w:val="center"/>
      </w:pPr>
      <w:r>
        <w:rPr>
          <w:b/>
          <w:sz w:val="28"/>
        </w:rPr>
        <w:t>FƏRDİ MÜHAFİZƏ VASİTƏLƏRİNİN</w:t>
      </w:r>
    </w:p>
    <w:p w14:paraId="7208741C" w14:textId="77777777" w:rsidR="005740E0" w:rsidRDefault="00000000">
      <w:pPr>
        <w:spacing w:after="160"/>
        <w:jc w:val="center"/>
      </w:pPr>
      <w:r>
        <w:rPr>
          <w:b/>
          <w:sz w:val="28"/>
        </w:rPr>
        <w:t>TƏHVİL-TƏSLİM AKTI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195"/>
        <w:gridCol w:w="1701"/>
        <w:gridCol w:w="4195"/>
      </w:tblGrid>
      <w:tr w:rsidR="005740E0" w14:paraId="6BD85DA5" w14:textId="77777777">
        <w:trPr>
          <w:cantSplit/>
          <w:jc w:val="center"/>
        </w:trPr>
        <w:tc>
          <w:tcPr>
            <w:tcW w:w="170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5B412B" w14:textId="77777777" w:rsidR="005740E0" w:rsidRDefault="00000000">
            <w:pPr>
              <w:spacing w:line="240" w:lineRule="auto"/>
            </w:pPr>
            <w:r>
              <w:rPr>
                <w:b/>
                <w:sz w:val="18"/>
              </w:rPr>
              <w:t>Akt №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DFF725" w14:textId="76E20418" w:rsidR="005740E0" w:rsidRDefault="00904FE8">
            <w:pPr>
              <w:spacing w:line="240" w:lineRule="auto"/>
            </w:pPr>
            <w:r>
              <w:rPr>
                <w:sz w:val="18"/>
              </w:rPr>
              <w:t>0889/2026</w:t>
            </w:r>
          </w:p>
        </w:tc>
        <w:tc>
          <w:tcPr>
            <w:tcW w:w="170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192F31" w14:textId="77777777" w:rsidR="005740E0" w:rsidRDefault="00000000">
            <w:pPr>
              <w:spacing w:line="240" w:lineRule="auto"/>
            </w:pPr>
            <w:r>
              <w:rPr>
                <w:b/>
                <w:sz w:val="18"/>
              </w:rPr>
              <w:t>Tarix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44218" w14:textId="77777777" w:rsidR="005740E0" w:rsidRDefault="00000000">
            <w:pPr>
              <w:spacing w:line="240" w:lineRule="auto"/>
            </w:pPr>
            <w:r>
              <w:rPr>
                <w:sz w:val="18"/>
              </w:rPr>
              <w:t>“___” __________ 20___-ci il</w:t>
            </w:r>
          </w:p>
        </w:tc>
      </w:tr>
      <w:tr w:rsidR="005740E0" w14:paraId="7871C736" w14:textId="77777777">
        <w:trPr>
          <w:cantSplit/>
          <w:jc w:val="center"/>
        </w:trPr>
        <w:tc>
          <w:tcPr>
            <w:tcW w:w="170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8D755B" w14:textId="77777777" w:rsidR="005740E0" w:rsidRDefault="00000000">
            <w:pPr>
              <w:spacing w:line="240" w:lineRule="auto"/>
            </w:pPr>
            <w:r>
              <w:rPr>
                <w:b/>
                <w:sz w:val="18"/>
              </w:rPr>
              <w:t>Tərtib olunduğu yer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DC0BFC" w14:textId="6817CCC0" w:rsidR="005740E0" w:rsidRDefault="00904FE8">
            <w:pPr>
              <w:spacing w:line="240" w:lineRule="auto"/>
            </w:pPr>
            <w:proofErr w:type="spellStart"/>
            <w:r>
              <w:rPr>
                <w:sz w:val="18"/>
              </w:rPr>
              <w:t>Naxçıvan</w:t>
            </w:r>
            <w:proofErr w:type="spellEnd"/>
            <w:r>
              <w:rPr>
                <w:sz w:val="18"/>
              </w:rPr>
              <w:t xml:space="preserve"> Muxtar </w:t>
            </w:r>
            <w:proofErr w:type="spellStart"/>
            <w:r>
              <w:rPr>
                <w:sz w:val="18"/>
              </w:rPr>
              <w:t>Respublikası</w:t>
            </w:r>
            <w:proofErr w:type="spellEnd"/>
          </w:p>
        </w:tc>
        <w:tc>
          <w:tcPr>
            <w:tcW w:w="170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499EA" w14:textId="77777777" w:rsidR="005740E0" w:rsidRDefault="00000000">
            <w:pPr>
              <w:spacing w:line="240" w:lineRule="auto"/>
            </w:pPr>
            <w:r>
              <w:rPr>
                <w:b/>
                <w:sz w:val="18"/>
              </w:rPr>
              <w:t>Layihə / obyekt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5177E7" w14:textId="77777777" w:rsidR="005740E0" w:rsidRDefault="00000000">
            <w:pPr>
              <w:spacing w:line="240" w:lineRule="auto"/>
            </w:pPr>
            <w:r>
              <w:rPr>
                <w:sz w:val="18"/>
              </w:rPr>
              <w:t>________________________________________</w:t>
            </w:r>
          </w:p>
        </w:tc>
      </w:tr>
    </w:tbl>
    <w:p w14:paraId="3FF44AD8" w14:textId="77777777" w:rsidR="005740E0" w:rsidRDefault="005740E0">
      <w:pPr>
        <w:spacing w:after="60" w:line="252" w:lineRule="auto"/>
        <w:jc w:val="both"/>
      </w:pPr>
    </w:p>
    <w:p w14:paraId="19E80D6C" w14:textId="77777777" w:rsidR="005740E0" w:rsidRDefault="00000000">
      <w:pPr>
        <w:spacing w:after="60" w:line="252" w:lineRule="auto"/>
        <w:ind w:firstLine="369"/>
        <w:jc w:val="both"/>
      </w:pPr>
      <w:r>
        <w:t>Biz, aşağıda imza edən tərəflər, işçinin əmək funksiyalarını təhlükəsiz yerinə yetirməsi məqsədilə fərdi mühafizə vasitələrinin təhvil verilməsi və qəbul edilməsi barədə bu aktı tərtib etdik.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4535"/>
        <w:gridCol w:w="2154"/>
        <w:gridCol w:w="4195"/>
      </w:tblGrid>
      <w:tr w:rsidR="005740E0" w14:paraId="06D1CA21" w14:textId="77777777">
        <w:trPr>
          <w:cantSplit/>
          <w:jc w:val="center"/>
        </w:trPr>
        <w:tc>
          <w:tcPr>
            <w:tcW w:w="204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57B09D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Təhvil verən şəxs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1F62B6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  <w:tc>
          <w:tcPr>
            <w:tcW w:w="215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1A9457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Vəzifəsi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B9BE9A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</w:tr>
      <w:tr w:rsidR="005740E0" w14:paraId="5A46FD9B" w14:textId="77777777">
        <w:trPr>
          <w:cantSplit/>
          <w:jc w:val="center"/>
        </w:trPr>
        <w:tc>
          <w:tcPr>
            <w:tcW w:w="204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3FF99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Struktur bölmə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B15F7C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  <w:tc>
          <w:tcPr>
            <w:tcW w:w="215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A8D5CA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Əlaqə nömrəsi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1E73A2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</w:tr>
      <w:tr w:rsidR="005740E0" w14:paraId="2A9C4DD6" w14:textId="77777777">
        <w:trPr>
          <w:cantSplit/>
          <w:jc w:val="center"/>
        </w:trPr>
        <w:tc>
          <w:tcPr>
            <w:tcW w:w="204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7C0D2E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Təhvil alan işçi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1290CD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  <w:tc>
          <w:tcPr>
            <w:tcW w:w="215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9E24F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Vəzifəsi / peşəsi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7BE8BD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</w:tr>
      <w:tr w:rsidR="005740E0" w14:paraId="76A2F3C7" w14:textId="77777777">
        <w:trPr>
          <w:cantSplit/>
          <w:jc w:val="center"/>
        </w:trPr>
        <w:tc>
          <w:tcPr>
            <w:tcW w:w="204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62E6E7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FİN / tabel №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4115CA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  <w:tc>
          <w:tcPr>
            <w:tcW w:w="215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EDD979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İş sahəsi / briqada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CD0CC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</w:tr>
    </w:tbl>
    <w:p w14:paraId="646F190B" w14:textId="77777777" w:rsidR="005740E0" w:rsidRDefault="00000000">
      <w:pPr>
        <w:keepNext/>
        <w:spacing w:before="120" w:after="80"/>
      </w:pPr>
      <w:r>
        <w:rPr>
          <w:b/>
          <w:sz w:val="21"/>
        </w:rPr>
        <w:t>1. TƏHVİL VERİLƏN FƏRDİ MÜHAFİZƏ VASİTƏLƏRİ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9"/>
        <w:gridCol w:w="2721"/>
        <w:gridCol w:w="1474"/>
        <w:gridCol w:w="737"/>
        <w:gridCol w:w="850"/>
        <w:gridCol w:w="1701"/>
        <w:gridCol w:w="1134"/>
        <w:gridCol w:w="1417"/>
        <w:gridCol w:w="1701"/>
      </w:tblGrid>
      <w:tr w:rsidR="005740E0" w14:paraId="2878035E" w14:textId="77777777">
        <w:trPr>
          <w:cantSplit/>
          <w:tblHeader/>
          <w:jc w:val="center"/>
        </w:trPr>
        <w:tc>
          <w:tcPr>
            <w:tcW w:w="369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20AFAA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w="2721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FFB91E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Fərdi mühafizə vasitəsinin adı</w:t>
            </w:r>
          </w:p>
        </w:tc>
        <w:tc>
          <w:tcPr>
            <w:tcW w:w="1474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6D7BC1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Marka / model</w:t>
            </w:r>
          </w:p>
        </w:tc>
        <w:tc>
          <w:tcPr>
            <w:tcW w:w="737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317C60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Ölçü</w:t>
            </w:r>
          </w:p>
        </w:tc>
        <w:tc>
          <w:tcPr>
            <w:tcW w:w="850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7D1982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Say</w:t>
            </w:r>
          </w:p>
        </w:tc>
        <w:tc>
          <w:tcPr>
            <w:tcW w:w="1701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4877A1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İnventar / seriya №</w:t>
            </w:r>
          </w:p>
        </w:tc>
        <w:tc>
          <w:tcPr>
            <w:tcW w:w="1134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222871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Vəziyyəti</w:t>
            </w:r>
          </w:p>
        </w:tc>
        <w:tc>
          <w:tcPr>
            <w:tcW w:w="1417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763F6E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İstifadə müddəti</w:t>
            </w:r>
          </w:p>
        </w:tc>
        <w:tc>
          <w:tcPr>
            <w:tcW w:w="1701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6C4AA1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Qeyd</w:t>
            </w:r>
          </w:p>
        </w:tc>
      </w:tr>
      <w:tr w:rsidR="005740E0" w14:paraId="67F160DB" w14:textId="77777777">
        <w:trPr>
          <w:cantSplit/>
          <w:jc w:val="center"/>
        </w:trPr>
        <w:tc>
          <w:tcPr>
            <w:tcW w:w="3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5F0D0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940FDE" w14:textId="77777777" w:rsidR="005740E0" w:rsidRDefault="00000000">
            <w:pPr>
              <w:spacing w:line="240" w:lineRule="auto"/>
            </w:pPr>
            <w:r>
              <w:rPr>
                <w:sz w:val="15"/>
              </w:rPr>
              <w:t>Qoruyucu kaska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3162E3" w14:textId="77777777" w:rsidR="005740E0" w:rsidRDefault="005740E0">
            <w:pPr>
              <w:spacing w:line="240" w:lineRule="auto"/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AB4A85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6C907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1 ədəd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6ADCFE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ACF91C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Yeni / saz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DD4BD0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B23D96" w14:textId="77777777" w:rsidR="005740E0" w:rsidRDefault="005740E0">
            <w:pPr>
              <w:spacing w:line="240" w:lineRule="auto"/>
            </w:pPr>
          </w:p>
        </w:tc>
      </w:tr>
      <w:tr w:rsidR="005740E0" w14:paraId="7E4D8645" w14:textId="77777777">
        <w:trPr>
          <w:cantSplit/>
          <w:jc w:val="center"/>
        </w:trPr>
        <w:tc>
          <w:tcPr>
            <w:tcW w:w="3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1DA8B2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DD8729" w14:textId="77777777" w:rsidR="005740E0" w:rsidRDefault="00000000">
            <w:pPr>
              <w:spacing w:line="240" w:lineRule="auto"/>
            </w:pPr>
            <w:r>
              <w:rPr>
                <w:sz w:val="15"/>
              </w:rPr>
              <w:t>İşıqqaytarıcı xüsusi geyim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970935" w14:textId="77777777" w:rsidR="005740E0" w:rsidRDefault="005740E0">
            <w:pPr>
              <w:spacing w:line="240" w:lineRule="auto"/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4923E0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F21853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1 dəst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9BFABA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E6B7E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Yeni / saz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9E83E9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3751E4" w14:textId="77777777" w:rsidR="005740E0" w:rsidRDefault="005740E0">
            <w:pPr>
              <w:spacing w:line="240" w:lineRule="auto"/>
            </w:pPr>
          </w:p>
        </w:tc>
      </w:tr>
      <w:tr w:rsidR="005740E0" w14:paraId="2F210369" w14:textId="77777777">
        <w:trPr>
          <w:cantSplit/>
          <w:jc w:val="center"/>
        </w:trPr>
        <w:tc>
          <w:tcPr>
            <w:tcW w:w="3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4FB60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CC8AE2" w14:textId="77777777" w:rsidR="005740E0" w:rsidRDefault="00000000">
            <w:pPr>
              <w:spacing w:line="240" w:lineRule="auto"/>
            </w:pPr>
            <w:r>
              <w:rPr>
                <w:sz w:val="15"/>
              </w:rPr>
              <w:t>Metal burunlu qoruyucu ayaqqabı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F8E76D" w14:textId="77777777" w:rsidR="005740E0" w:rsidRDefault="005740E0">
            <w:pPr>
              <w:spacing w:line="240" w:lineRule="auto"/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D32CF3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700C6B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1 cüt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9929CF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E5A1DF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Yeni / saz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7FC046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003C96" w14:textId="77777777" w:rsidR="005740E0" w:rsidRDefault="005740E0">
            <w:pPr>
              <w:spacing w:line="240" w:lineRule="auto"/>
            </w:pPr>
          </w:p>
        </w:tc>
      </w:tr>
      <w:tr w:rsidR="005740E0" w14:paraId="7CF60853" w14:textId="77777777">
        <w:trPr>
          <w:cantSplit/>
          <w:jc w:val="center"/>
        </w:trPr>
        <w:tc>
          <w:tcPr>
            <w:tcW w:w="3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8CA079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F506D1" w14:textId="77777777" w:rsidR="005740E0" w:rsidRDefault="00000000">
            <w:pPr>
              <w:spacing w:line="240" w:lineRule="auto"/>
            </w:pPr>
            <w:r>
              <w:rPr>
                <w:sz w:val="15"/>
              </w:rPr>
              <w:t>Tənəffüs respiratoru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1356FE" w14:textId="77777777" w:rsidR="005740E0" w:rsidRDefault="005740E0">
            <w:pPr>
              <w:spacing w:line="240" w:lineRule="auto"/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FD2AAA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5A6DD0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____ ədəd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3384EE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7F5310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Yeni / saz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A253EB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7A46AC" w14:textId="77777777" w:rsidR="005740E0" w:rsidRDefault="005740E0">
            <w:pPr>
              <w:spacing w:line="240" w:lineRule="auto"/>
            </w:pPr>
          </w:p>
        </w:tc>
      </w:tr>
      <w:tr w:rsidR="005740E0" w14:paraId="6D93BF7E" w14:textId="77777777">
        <w:trPr>
          <w:cantSplit/>
          <w:jc w:val="center"/>
        </w:trPr>
        <w:tc>
          <w:tcPr>
            <w:tcW w:w="3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AA622D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84FBF0" w14:textId="77777777" w:rsidR="005740E0" w:rsidRDefault="00000000">
            <w:pPr>
              <w:spacing w:line="240" w:lineRule="auto"/>
            </w:pPr>
            <w:r>
              <w:rPr>
                <w:sz w:val="15"/>
              </w:rPr>
              <w:t>Qoruyucu eynək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C20ABE" w14:textId="77777777" w:rsidR="005740E0" w:rsidRDefault="005740E0">
            <w:pPr>
              <w:spacing w:line="240" w:lineRule="auto"/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22EBDF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BFA379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1 ədəd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EF5483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8A13A9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Yeni / saz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210DB8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17FEB9" w14:textId="77777777" w:rsidR="005740E0" w:rsidRDefault="005740E0">
            <w:pPr>
              <w:spacing w:line="240" w:lineRule="auto"/>
            </w:pPr>
          </w:p>
        </w:tc>
      </w:tr>
      <w:tr w:rsidR="005740E0" w14:paraId="1BBC09CE" w14:textId="77777777">
        <w:trPr>
          <w:cantSplit/>
          <w:jc w:val="center"/>
        </w:trPr>
        <w:tc>
          <w:tcPr>
            <w:tcW w:w="3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263F22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50DD95" w14:textId="77777777" w:rsidR="005740E0" w:rsidRDefault="00000000">
            <w:pPr>
              <w:spacing w:line="240" w:lineRule="auto"/>
            </w:pPr>
            <w:r>
              <w:rPr>
                <w:sz w:val="15"/>
              </w:rPr>
              <w:t>Qoruyucu əlcək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517BFE" w14:textId="77777777" w:rsidR="005740E0" w:rsidRDefault="005740E0">
            <w:pPr>
              <w:spacing w:line="240" w:lineRule="auto"/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0E711A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15C444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____ cüt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174C07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CC94F7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Yeni / saz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7B9B34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FDDAB3" w14:textId="77777777" w:rsidR="005740E0" w:rsidRDefault="005740E0">
            <w:pPr>
              <w:spacing w:line="240" w:lineRule="auto"/>
            </w:pPr>
          </w:p>
        </w:tc>
      </w:tr>
      <w:tr w:rsidR="005740E0" w14:paraId="54FCA669" w14:textId="77777777">
        <w:trPr>
          <w:cantSplit/>
          <w:jc w:val="center"/>
        </w:trPr>
        <w:tc>
          <w:tcPr>
            <w:tcW w:w="3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D0D238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1D7287" w14:textId="77777777" w:rsidR="005740E0" w:rsidRDefault="00000000">
            <w:pPr>
              <w:spacing w:line="240" w:lineRule="auto"/>
            </w:pPr>
            <w:r>
              <w:rPr>
                <w:sz w:val="15"/>
              </w:rPr>
              <w:t>Hündürlükdə iş üçün təhlükəsizlik kəməri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BF8A20" w14:textId="77777777" w:rsidR="005740E0" w:rsidRDefault="005740E0">
            <w:pPr>
              <w:spacing w:line="240" w:lineRule="auto"/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22A260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BC11EB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1 dəst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8446E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36048F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Yeni / saz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599832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30A37C" w14:textId="77777777" w:rsidR="005740E0" w:rsidRDefault="005740E0">
            <w:pPr>
              <w:spacing w:line="240" w:lineRule="auto"/>
            </w:pPr>
          </w:p>
        </w:tc>
      </w:tr>
      <w:tr w:rsidR="005740E0" w14:paraId="5FE93CFC" w14:textId="77777777">
        <w:trPr>
          <w:cantSplit/>
          <w:jc w:val="center"/>
        </w:trPr>
        <w:tc>
          <w:tcPr>
            <w:tcW w:w="3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88E63A" w14:textId="77777777" w:rsidR="005740E0" w:rsidRDefault="00000000">
            <w:pPr>
              <w:spacing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27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F54857" w14:textId="77777777" w:rsidR="005740E0" w:rsidRDefault="00000000">
            <w:pPr>
              <w:spacing w:line="240" w:lineRule="auto"/>
            </w:pPr>
            <w:r>
              <w:rPr>
                <w:sz w:val="15"/>
              </w:rPr>
              <w:t>Digər: _______________________________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E50274" w14:textId="77777777" w:rsidR="005740E0" w:rsidRDefault="005740E0">
            <w:pPr>
              <w:spacing w:line="240" w:lineRule="auto"/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9BF59B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2A1080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C7EC7F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8907E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BE8C5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DB3D8" w14:textId="77777777" w:rsidR="005740E0" w:rsidRDefault="005740E0">
            <w:pPr>
              <w:spacing w:line="240" w:lineRule="auto"/>
            </w:pPr>
          </w:p>
        </w:tc>
      </w:tr>
    </w:tbl>
    <w:p w14:paraId="11D56F62" w14:textId="77777777" w:rsidR="005740E0" w:rsidRDefault="00000000">
      <w:pPr>
        <w:spacing w:before="60" w:after="40"/>
      </w:pPr>
      <w:r>
        <w:rPr>
          <w:b/>
          <w:sz w:val="19"/>
        </w:rPr>
        <w:t>Fərdi mühafizə vasitələrinin ümumi sayı: ______________________________</w:t>
      </w:r>
    </w:p>
    <w:p w14:paraId="441EC24A" w14:textId="77777777" w:rsidR="005740E0" w:rsidRDefault="00000000">
      <w:pPr>
        <w:keepNext/>
        <w:spacing w:before="120" w:after="80"/>
      </w:pPr>
      <w:r>
        <w:rPr>
          <w:b/>
          <w:sz w:val="21"/>
        </w:rPr>
        <w:t>2. TƏHVİL VERƏN ŞƏXSİN TƏSDİQİ</w:t>
      </w:r>
    </w:p>
    <w:p w14:paraId="6B1079DB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2.1. </w:t>
      </w:r>
      <w:r>
        <w:rPr>
          <w:sz w:val="19"/>
        </w:rPr>
        <w:t>Bu aktda göstərilən fərdi mühafizə vasitələri işçiyə faktiki olaraq təqdim edilmişdir.</w:t>
      </w:r>
    </w:p>
    <w:p w14:paraId="721FB2C1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2.2. </w:t>
      </w:r>
      <w:r>
        <w:rPr>
          <w:sz w:val="19"/>
        </w:rPr>
        <w:t>Verilmiş vasitələr zahiri baxışdan keçirilmiş, istifadəyə yararlı, saz və komplekt vəziyyətdə olmuşdur.</w:t>
      </w:r>
    </w:p>
    <w:p w14:paraId="45197B0B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2.3. </w:t>
      </w:r>
      <w:r>
        <w:rPr>
          <w:sz w:val="19"/>
        </w:rPr>
        <w:t>İşçiyə fərdi mühafizə vasitələrinin təyinatı, düzgün istifadəsi, saxlanılması, təmizlənməsi və istifadədən əvvəl yoxlanılması qaydaları izah edilmişdir.</w:t>
      </w:r>
    </w:p>
    <w:p w14:paraId="7D92223E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2.4. </w:t>
      </w:r>
      <w:r>
        <w:rPr>
          <w:sz w:val="19"/>
        </w:rPr>
        <w:t>Hündürlükdə iş üçün təhlükəsizlik kəmərinin düzgün bağlanması, etibarlı anker nöqtəsinə birləşdirilməsi və istifadədən əvvəl vizual yoxlanılması qaydaları işçiyə göstərilmişdir.</w:t>
      </w:r>
    </w:p>
    <w:p w14:paraId="6A38AF23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lastRenderedPageBreak/>
        <w:t xml:space="preserve">2.5. </w:t>
      </w:r>
      <w:r>
        <w:rPr>
          <w:sz w:val="19"/>
        </w:rPr>
        <w:t>Nasazlıq, zədələnmə, itki və ya istifadə müddətinin başa çatması barədə işçinin dərhal birbaşa rəhbərinə və əməyin mühafizəsi üzrə məsul şəxsə məlumat verməli olduğu izah edilmişdir.</w:t>
      </w:r>
    </w:p>
    <w:p w14:paraId="1BA3D36B" w14:textId="77777777" w:rsidR="005740E0" w:rsidRDefault="00000000">
      <w:pPr>
        <w:keepNext/>
        <w:spacing w:before="120" w:after="80"/>
      </w:pPr>
      <w:r>
        <w:rPr>
          <w:b/>
          <w:sz w:val="21"/>
        </w:rPr>
        <w:t>3. TƏHVİL ALAN İŞÇİNİN ÖHDƏLİKLƏRİ VƏ TƏSDİQİ</w:t>
      </w:r>
    </w:p>
    <w:p w14:paraId="76F27374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3.1. </w:t>
      </w:r>
      <w:r>
        <w:rPr>
          <w:sz w:val="19"/>
        </w:rPr>
        <w:t>Bu aktda göstərilən fərdi mühafizə vasitələrini tam, saz və istifadəyə yararlı vəziyyətdə qəbul etmişəm.</w:t>
      </w:r>
    </w:p>
    <w:p w14:paraId="4E442333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3.2. </w:t>
      </w:r>
      <w:r>
        <w:rPr>
          <w:sz w:val="19"/>
        </w:rPr>
        <w:t>Fərdi mühafizə vasitələrinin təyinatı, düzgün istifadəsi, saxlanılması və texniki baxış qaydaları mənə izah edilmişdir.</w:t>
      </w:r>
    </w:p>
    <w:p w14:paraId="27073152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3.3. </w:t>
      </w:r>
      <w:r>
        <w:rPr>
          <w:sz w:val="19"/>
        </w:rPr>
        <w:t>İş zamanı verilmiş fərdi mühafizə vasitələrindən təyinatına uyğun və məcburi qaydada istifadə edəcəyəm.</w:t>
      </w:r>
    </w:p>
    <w:p w14:paraId="59FBEFCD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3.4. </w:t>
      </w:r>
      <w:r>
        <w:rPr>
          <w:sz w:val="19"/>
        </w:rPr>
        <w:t>Qoruyucu kaska, işıqqaytarıcı xüsusi geyim, metal burunlu qoruyucu ayaqqabı, respirator, qoruyucu eynək, əlcək və hündürlük kəməri tələb olunan işləri həmin vasitələr olmadan yerinə yetirməyəcəyəm.</w:t>
      </w:r>
    </w:p>
    <w:p w14:paraId="312B8395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3.5. </w:t>
      </w:r>
      <w:r>
        <w:rPr>
          <w:sz w:val="19"/>
        </w:rPr>
        <w:t>Fərdi mühafizə vasitələrini başqa işçiyə verməyəcək, özbaşına dəyişdirməyəcək və təyinatından kənar istifadə etməyəcəyəm.</w:t>
      </w:r>
    </w:p>
    <w:p w14:paraId="6D63CB7C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3.6. </w:t>
      </w:r>
      <w:r>
        <w:rPr>
          <w:sz w:val="19"/>
        </w:rPr>
        <w:t>İstifadədən əvvəl fərdi mühafizə vasitələrinin sazlığını və komplektliyini yoxlayacağam.</w:t>
      </w:r>
    </w:p>
    <w:p w14:paraId="28824484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3.7. </w:t>
      </w:r>
      <w:r>
        <w:rPr>
          <w:sz w:val="19"/>
        </w:rPr>
        <w:t>Nasaz, zədələnmiş, çirklənmiş, istifadə müddəti bitmiş və ya qoruyucu xüsusiyyətlərini itirmiş vasitədən istifadə etməyəcək, bu barədə dərhal rəhbərliyə məlumat verəcəyəm.</w:t>
      </w:r>
    </w:p>
    <w:p w14:paraId="288B4828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3.8. </w:t>
      </w:r>
      <w:r>
        <w:rPr>
          <w:sz w:val="19"/>
        </w:rPr>
        <w:t>Hündürlükdə işləyərkən təhlükəsizlik kəmərini etibarlı anker nöqtəsinə bağlayacaq və müəyyən edilmiş təhlükəsizlik qaydalarına əməl edəcəyəm.</w:t>
      </w:r>
    </w:p>
    <w:p w14:paraId="025BF5F6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3.9. </w:t>
      </w:r>
      <w:r>
        <w:rPr>
          <w:sz w:val="19"/>
        </w:rPr>
        <w:t>İşdən azad olunduqda, başqa vəzifəyə keçirildikdə və ya müəssisədaxili qaydalarda nəzərdə tutulmuş digər hallarda təkrar istifadə edilə bilən fərdi mühafizə vasitələrini müəssisəyə təhvil verəcəyəm.</w:t>
      </w:r>
    </w:p>
    <w:p w14:paraId="1CF7802A" w14:textId="77777777" w:rsidR="005740E0" w:rsidRDefault="00000000">
      <w:pPr>
        <w:spacing w:after="40" w:line="245" w:lineRule="auto"/>
        <w:ind w:left="113" w:hanging="113"/>
        <w:jc w:val="both"/>
      </w:pPr>
      <w:r>
        <w:rPr>
          <w:b/>
          <w:sz w:val="19"/>
        </w:rPr>
        <w:t xml:space="preserve">3.10. </w:t>
      </w:r>
      <w:r>
        <w:rPr>
          <w:sz w:val="19"/>
        </w:rPr>
        <w:t>Fərdi mühafizə vasitələrinin qəsdən zədələnməsi, təyinatından kənar istifadəsi və ya itirilməsi hallarında qanunvericilik və müəssisədaxili qaydalar çərçivəsində məsuliyyət daşıya biləcəyim mənə izah edilmişdir.</w:t>
      </w:r>
    </w:p>
    <w:p w14:paraId="5DFC7BAA" w14:textId="77777777" w:rsidR="005740E0" w:rsidRDefault="00000000">
      <w:pPr>
        <w:keepNext/>
        <w:spacing w:before="120" w:after="80"/>
      </w:pPr>
      <w:r>
        <w:rPr>
          <w:b/>
          <w:sz w:val="21"/>
        </w:rPr>
        <w:t>4. TƏLİMATLANDIRMA HAQQINDA QEYD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814"/>
        <w:gridCol w:w="5329"/>
        <w:gridCol w:w="1247"/>
      </w:tblGrid>
      <w:tr w:rsidR="005740E0" w14:paraId="0778E83F" w14:textId="77777777">
        <w:trPr>
          <w:cantSplit/>
          <w:tblHeader/>
          <w:jc w:val="center"/>
        </w:trPr>
        <w:tc>
          <w:tcPr>
            <w:tcW w:w="4535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210046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Təlimatın mövzusu</w:t>
            </w:r>
          </w:p>
        </w:tc>
        <w:tc>
          <w:tcPr>
            <w:tcW w:w="1814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145D44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Tarix</w:t>
            </w:r>
          </w:p>
        </w:tc>
        <w:tc>
          <w:tcPr>
            <w:tcW w:w="5329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AB964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Təlimatı keçirən şəxsin adı və vəzifəsi</w:t>
            </w:r>
          </w:p>
        </w:tc>
        <w:tc>
          <w:tcPr>
            <w:tcW w:w="1247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B71A4E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İmza</w:t>
            </w:r>
          </w:p>
        </w:tc>
      </w:tr>
      <w:tr w:rsidR="005740E0" w14:paraId="3AE8B14B" w14:textId="77777777">
        <w:trPr>
          <w:cantSplit/>
          <w:jc w:val="center"/>
        </w:trPr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727E6C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Fərdi mühafizə vasitələrindən istifadə qaydaları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68BE49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53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58FA8C" w14:textId="77777777" w:rsidR="005740E0" w:rsidRDefault="005740E0">
            <w:pPr>
              <w:spacing w:line="240" w:lineRule="auto"/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90826F" w14:textId="77777777" w:rsidR="005740E0" w:rsidRDefault="005740E0">
            <w:pPr>
              <w:spacing w:line="240" w:lineRule="auto"/>
              <w:jc w:val="center"/>
            </w:pPr>
          </w:p>
        </w:tc>
      </w:tr>
      <w:tr w:rsidR="005740E0" w14:paraId="652874F8" w14:textId="77777777">
        <w:trPr>
          <w:cantSplit/>
          <w:jc w:val="center"/>
        </w:trPr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E66357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Hündürlükdə iş zamanı təhlükəsizlik qaydaları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7DB2F6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53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473D3E" w14:textId="77777777" w:rsidR="005740E0" w:rsidRDefault="005740E0">
            <w:pPr>
              <w:spacing w:line="240" w:lineRule="auto"/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053E00" w14:textId="77777777" w:rsidR="005740E0" w:rsidRDefault="005740E0">
            <w:pPr>
              <w:spacing w:line="240" w:lineRule="auto"/>
              <w:jc w:val="center"/>
            </w:pPr>
          </w:p>
        </w:tc>
      </w:tr>
      <w:tr w:rsidR="005740E0" w14:paraId="2C871E2F" w14:textId="77777777">
        <w:trPr>
          <w:cantSplit/>
          <w:jc w:val="center"/>
        </w:trPr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1C2862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Respirator və qoruyucu eynəkdən istifadə qaydaları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460CB8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53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62D5DE" w14:textId="77777777" w:rsidR="005740E0" w:rsidRDefault="005740E0">
            <w:pPr>
              <w:spacing w:line="240" w:lineRule="auto"/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B39C7C" w14:textId="77777777" w:rsidR="005740E0" w:rsidRDefault="005740E0">
            <w:pPr>
              <w:spacing w:line="240" w:lineRule="auto"/>
              <w:jc w:val="center"/>
            </w:pPr>
          </w:p>
        </w:tc>
      </w:tr>
      <w:tr w:rsidR="005740E0" w14:paraId="290C0D0B" w14:textId="77777777">
        <w:trPr>
          <w:cantSplit/>
          <w:jc w:val="center"/>
        </w:trPr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9DC272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Qəza və fövqəladə hallar zamanı davranış qaydaları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39734A" w14:textId="77777777" w:rsidR="005740E0" w:rsidRDefault="005740E0">
            <w:pPr>
              <w:spacing w:line="240" w:lineRule="auto"/>
              <w:jc w:val="center"/>
            </w:pPr>
          </w:p>
        </w:tc>
        <w:tc>
          <w:tcPr>
            <w:tcW w:w="53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8E2F5" w14:textId="77777777" w:rsidR="005740E0" w:rsidRDefault="005740E0">
            <w:pPr>
              <w:spacing w:line="240" w:lineRule="auto"/>
            </w:pP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F79B43" w14:textId="77777777" w:rsidR="005740E0" w:rsidRDefault="005740E0">
            <w:pPr>
              <w:spacing w:line="240" w:lineRule="auto"/>
              <w:jc w:val="center"/>
            </w:pPr>
          </w:p>
        </w:tc>
      </w:tr>
    </w:tbl>
    <w:p w14:paraId="4E5D1F36" w14:textId="77777777" w:rsidR="005740E0" w:rsidRDefault="00000000">
      <w:pPr>
        <w:keepNext/>
        <w:spacing w:before="120" w:after="80"/>
      </w:pPr>
      <w:r>
        <w:rPr>
          <w:b/>
          <w:sz w:val="21"/>
        </w:rPr>
        <w:t>5. XÜSUSİ QEYDLƏR</w:t>
      </w:r>
    </w:p>
    <w:p w14:paraId="658327A4" w14:textId="77777777" w:rsidR="005740E0" w:rsidRDefault="00000000">
      <w:pPr>
        <w:spacing w:after="20"/>
      </w:pPr>
      <w:r>
        <w:rPr>
          <w:sz w:val="18"/>
        </w:rPr>
        <w:t>________________________________________________________________________________________________________</w:t>
      </w:r>
    </w:p>
    <w:p w14:paraId="7394B44A" w14:textId="77777777" w:rsidR="005740E0" w:rsidRDefault="00000000">
      <w:pPr>
        <w:spacing w:after="20"/>
      </w:pPr>
      <w:r>
        <w:rPr>
          <w:sz w:val="18"/>
        </w:rPr>
        <w:t>________________________________________________________________________________________________________</w:t>
      </w:r>
    </w:p>
    <w:p w14:paraId="2AD5626F" w14:textId="77777777" w:rsidR="005740E0" w:rsidRDefault="00000000">
      <w:pPr>
        <w:spacing w:after="20"/>
      </w:pPr>
      <w:r>
        <w:rPr>
          <w:sz w:val="18"/>
        </w:rPr>
        <w:t>________________________________________________________________________________________________________</w:t>
      </w:r>
    </w:p>
    <w:p w14:paraId="572E175C" w14:textId="77777777" w:rsidR="005740E0" w:rsidRDefault="00000000">
      <w:pPr>
        <w:spacing w:after="100" w:line="252" w:lineRule="auto"/>
        <w:ind w:firstLine="369"/>
        <w:jc w:val="both"/>
      </w:pPr>
      <w:r>
        <w:t>Bu akt eyni hüquqi qüvvəyə malik 2 (iki) nüsxədə tərtib edilmişdir. Bir nüsxə işəgötürəndə saxlanılır, digər nüsxə təhvil alan işçiyə təqdim edilir.</w:t>
      </w:r>
    </w:p>
    <w:p w14:paraId="1E4318DD" w14:textId="77777777" w:rsidR="005740E0" w:rsidRDefault="00000000">
      <w:r>
        <w:br w:type="page"/>
      </w:r>
    </w:p>
    <w:p w14:paraId="0F1D941B" w14:textId="77777777" w:rsidR="005740E0" w:rsidRDefault="00000000">
      <w:pPr>
        <w:keepNext/>
        <w:spacing w:before="120" w:after="80"/>
      </w:pPr>
      <w:r>
        <w:rPr>
          <w:b/>
          <w:sz w:val="21"/>
        </w:rPr>
        <w:lastRenderedPageBreak/>
        <w:t>6. TƏRƏFLƏRİN İMZALARI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195"/>
        <w:gridCol w:w="1701"/>
        <w:gridCol w:w="4762"/>
      </w:tblGrid>
      <w:tr w:rsidR="005740E0" w14:paraId="27D02D83" w14:textId="77777777">
        <w:trPr>
          <w:cantSplit/>
          <w:jc w:val="center"/>
        </w:trPr>
        <w:tc>
          <w:tcPr>
            <w:tcW w:w="226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77DA9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Təhvil verən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2CC2E5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Ad, soyad: ______________________________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D8078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İmza / tarix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7634B0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 / “___” ________ 20___</w:t>
            </w:r>
          </w:p>
        </w:tc>
      </w:tr>
      <w:tr w:rsidR="005740E0" w14:paraId="2550F67B" w14:textId="77777777">
        <w:trPr>
          <w:cantSplit/>
          <w:jc w:val="center"/>
        </w:trPr>
        <w:tc>
          <w:tcPr>
            <w:tcW w:w="226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6ED1CE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Təhvil alan işçi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73B629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Ad, soyad: ______________________________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201324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İmza / tarix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8B3A87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 / “___” ________ 20___</w:t>
            </w:r>
          </w:p>
        </w:tc>
      </w:tr>
      <w:tr w:rsidR="005740E0" w14:paraId="1F9A16AC" w14:textId="77777777">
        <w:trPr>
          <w:cantSplit/>
          <w:jc w:val="center"/>
        </w:trPr>
        <w:tc>
          <w:tcPr>
            <w:tcW w:w="226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0C9152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Əməyin mühafizəsi üzrə məsul şəxs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2FB8F4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Ad, soyad: ______________________________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D72B07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İmza / tarix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9A82D7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 / “___” ________ 20___</w:t>
            </w:r>
          </w:p>
        </w:tc>
      </w:tr>
      <w:tr w:rsidR="005740E0" w14:paraId="5CD775A2" w14:textId="77777777">
        <w:trPr>
          <w:cantSplit/>
          <w:jc w:val="center"/>
        </w:trPr>
        <w:tc>
          <w:tcPr>
            <w:tcW w:w="2268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49089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Anbar üzrə məsul şəxs / birbaşa rəhbər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09CB20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Ad, soyad: ______________________________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C24358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İmza / tarix</w:t>
            </w:r>
          </w:p>
        </w:tc>
        <w:tc>
          <w:tcPr>
            <w:tcW w:w="476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9E7410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 / “___” ________ 20___</w:t>
            </w:r>
          </w:p>
        </w:tc>
      </w:tr>
    </w:tbl>
    <w:p w14:paraId="50C8B04D" w14:textId="77777777" w:rsidR="005740E0" w:rsidRDefault="00000000">
      <w:pPr>
        <w:spacing w:after="40"/>
        <w:jc w:val="center"/>
      </w:pPr>
      <w:r>
        <w:rPr>
          <w:b/>
        </w:rPr>
        <w:t>ƏLAVƏ 1</w:t>
      </w:r>
    </w:p>
    <w:p w14:paraId="3E205BC1" w14:textId="77777777" w:rsidR="005740E0" w:rsidRDefault="00000000">
      <w:pPr>
        <w:spacing w:after="160"/>
        <w:jc w:val="center"/>
      </w:pPr>
      <w:r>
        <w:rPr>
          <w:b/>
          <w:sz w:val="26"/>
        </w:rPr>
        <w:t>İŞÇİNİN FƏRDİ MÜHAFİZƏ VASİTƏLƏRİNİN UÇOT KARTI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4535"/>
        <w:gridCol w:w="2154"/>
        <w:gridCol w:w="4195"/>
      </w:tblGrid>
      <w:tr w:rsidR="005740E0" w14:paraId="4ED46A8B" w14:textId="77777777">
        <w:trPr>
          <w:cantSplit/>
          <w:jc w:val="center"/>
        </w:trPr>
        <w:tc>
          <w:tcPr>
            <w:tcW w:w="204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6CD686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İşçinin adı, soyadı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6EC399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  <w:tc>
          <w:tcPr>
            <w:tcW w:w="215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52943C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Vəzifəsi / peşəsi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D787E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</w:tr>
      <w:tr w:rsidR="005740E0" w14:paraId="008900F2" w14:textId="77777777">
        <w:trPr>
          <w:cantSplit/>
          <w:jc w:val="center"/>
        </w:trPr>
        <w:tc>
          <w:tcPr>
            <w:tcW w:w="2041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082698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Tabel №</w:t>
            </w:r>
          </w:p>
        </w:tc>
        <w:tc>
          <w:tcPr>
            <w:tcW w:w="45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BD75BA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  <w:tc>
          <w:tcPr>
            <w:tcW w:w="2154" w:type="dxa"/>
            <w:shd w:val="clear" w:color="auto" w:fill="E7E6E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5A389D" w14:textId="77777777" w:rsidR="005740E0" w:rsidRDefault="00000000">
            <w:pPr>
              <w:spacing w:line="240" w:lineRule="auto"/>
            </w:pPr>
            <w:r>
              <w:rPr>
                <w:b/>
                <w:sz w:val="17"/>
              </w:rPr>
              <w:t>İş sahəsi / layihə</w:t>
            </w:r>
          </w:p>
        </w:tc>
        <w:tc>
          <w:tcPr>
            <w:tcW w:w="419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3AA2EB" w14:textId="77777777" w:rsidR="005740E0" w:rsidRDefault="00000000">
            <w:pPr>
              <w:spacing w:line="240" w:lineRule="auto"/>
            </w:pPr>
            <w:r>
              <w:rPr>
                <w:sz w:val="17"/>
              </w:rPr>
              <w:t>________________________________________</w:t>
            </w:r>
          </w:p>
        </w:tc>
      </w:tr>
    </w:tbl>
    <w:p w14:paraId="22F5E2C9" w14:textId="77777777" w:rsidR="005740E0" w:rsidRDefault="005740E0"/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2835"/>
        <w:gridCol w:w="850"/>
        <w:gridCol w:w="680"/>
        <w:gridCol w:w="1304"/>
        <w:gridCol w:w="1928"/>
        <w:gridCol w:w="2098"/>
        <w:gridCol w:w="1134"/>
        <w:gridCol w:w="1361"/>
      </w:tblGrid>
      <w:tr w:rsidR="005740E0" w14:paraId="26BD05AC" w14:textId="77777777">
        <w:trPr>
          <w:cantSplit/>
          <w:tblHeader/>
          <w:jc w:val="center"/>
        </w:trPr>
        <w:tc>
          <w:tcPr>
            <w:tcW w:w="1247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0A0C91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Verilmə tarixi</w:t>
            </w:r>
          </w:p>
        </w:tc>
        <w:tc>
          <w:tcPr>
            <w:tcW w:w="2835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90E9F5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Vasitənin adı</w:t>
            </w:r>
          </w:p>
        </w:tc>
        <w:tc>
          <w:tcPr>
            <w:tcW w:w="850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6C44E7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Ölçü</w:t>
            </w:r>
          </w:p>
        </w:tc>
        <w:tc>
          <w:tcPr>
            <w:tcW w:w="680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9C3726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Say</w:t>
            </w:r>
          </w:p>
        </w:tc>
        <w:tc>
          <w:tcPr>
            <w:tcW w:w="1304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FC6F7E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İstifadə müddəti</w:t>
            </w:r>
          </w:p>
        </w:tc>
        <w:tc>
          <w:tcPr>
            <w:tcW w:w="1928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4E0194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Qaytarılma / dəyişdirilmə tarixi</w:t>
            </w:r>
          </w:p>
        </w:tc>
        <w:tc>
          <w:tcPr>
            <w:tcW w:w="2098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9F4536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Qaytarılma səbəbi</w:t>
            </w:r>
          </w:p>
        </w:tc>
        <w:tc>
          <w:tcPr>
            <w:tcW w:w="1134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2EF62C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İşçinin imzası</w:t>
            </w:r>
          </w:p>
        </w:tc>
        <w:tc>
          <w:tcPr>
            <w:tcW w:w="1361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A6A963" w14:textId="77777777" w:rsidR="005740E0" w:rsidRDefault="00000000">
            <w:pPr>
              <w:spacing w:line="240" w:lineRule="auto"/>
              <w:jc w:val="center"/>
            </w:pPr>
            <w:r>
              <w:rPr>
                <w:b/>
                <w:sz w:val="15"/>
              </w:rPr>
              <w:t>Məsul şəxsin imzası</w:t>
            </w:r>
          </w:p>
        </w:tc>
      </w:tr>
      <w:tr w:rsidR="005740E0" w14:paraId="4548F5DF" w14:textId="77777777">
        <w:trPr>
          <w:cantSplit/>
          <w:trHeight w:val="500"/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8F4EA2" w14:textId="77777777" w:rsidR="005740E0" w:rsidRDefault="005740E0">
            <w:pPr>
              <w:spacing w:line="240" w:lineRule="auto"/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C86AB3" w14:textId="77777777" w:rsidR="005740E0" w:rsidRDefault="005740E0">
            <w:pPr>
              <w:spacing w:line="240" w:lineRule="auto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B24AAB" w14:textId="77777777" w:rsidR="005740E0" w:rsidRDefault="005740E0">
            <w:pPr>
              <w:spacing w:line="240" w:lineRule="auto"/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E73C57" w14:textId="77777777" w:rsidR="005740E0" w:rsidRDefault="005740E0">
            <w:pPr>
              <w:spacing w:line="240" w:lineRule="auto"/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2B49D" w14:textId="77777777" w:rsidR="005740E0" w:rsidRDefault="005740E0">
            <w:pPr>
              <w:spacing w:line="240" w:lineRule="auto"/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D7D129" w14:textId="77777777" w:rsidR="005740E0" w:rsidRDefault="005740E0">
            <w:pPr>
              <w:spacing w:line="240" w:lineRule="auto"/>
            </w:pP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8001D7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D356F8" w14:textId="77777777" w:rsidR="005740E0" w:rsidRDefault="005740E0">
            <w:pPr>
              <w:spacing w:line="240" w:lineRule="auto"/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BC34F8" w14:textId="77777777" w:rsidR="005740E0" w:rsidRDefault="005740E0">
            <w:pPr>
              <w:spacing w:line="240" w:lineRule="auto"/>
            </w:pPr>
          </w:p>
        </w:tc>
      </w:tr>
      <w:tr w:rsidR="005740E0" w14:paraId="11DA09C2" w14:textId="77777777">
        <w:trPr>
          <w:cantSplit/>
          <w:trHeight w:val="500"/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0D3585" w14:textId="77777777" w:rsidR="005740E0" w:rsidRDefault="005740E0">
            <w:pPr>
              <w:spacing w:line="240" w:lineRule="auto"/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AEA0F" w14:textId="77777777" w:rsidR="005740E0" w:rsidRDefault="005740E0">
            <w:pPr>
              <w:spacing w:line="240" w:lineRule="auto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822ADF" w14:textId="77777777" w:rsidR="005740E0" w:rsidRDefault="005740E0">
            <w:pPr>
              <w:spacing w:line="240" w:lineRule="auto"/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B39CA8" w14:textId="77777777" w:rsidR="005740E0" w:rsidRDefault="005740E0">
            <w:pPr>
              <w:spacing w:line="240" w:lineRule="auto"/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8DA53D" w14:textId="77777777" w:rsidR="005740E0" w:rsidRDefault="005740E0">
            <w:pPr>
              <w:spacing w:line="240" w:lineRule="auto"/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08BE38" w14:textId="77777777" w:rsidR="005740E0" w:rsidRDefault="005740E0">
            <w:pPr>
              <w:spacing w:line="240" w:lineRule="auto"/>
            </w:pP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7658DD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3BF885" w14:textId="77777777" w:rsidR="005740E0" w:rsidRDefault="005740E0">
            <w:pPr>
              <w:spacing w:line="240" w:lineRule="auto"/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B9BED1" w14:textId="77777777" w:rsidR="005740E0" w:rsidRDefault="005740E0">
            <w:pPr>
              <w:spacing w:line="240" w:lineRule="auto"/>
            </w:pPr>
          </w:p>
        </w:tc>
      </w:tr>
      <w:tr w:rsidR="005740E0" w14:paraId="0B7F49B0" w14:textId="77777777">
        <w:trPr>
          <w:cantSplit/>
          <w:trHeight w:val="500"/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B502EF" w14:textId="77777777" w:rsidR="005740E0" w:rsidRDefault="005740E0">
            <w:pPr>
              <w:spacing w:line="240" w:lineRule="auto"/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3E7226" w14:textId="77777777" w:rsidR="005740E0" w:rsidRDefault="005740E0">
            <w:pPr>
              <w:spacing w:line="240" w:lineRule="auto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E0839" w14:textId="77777777" w:rsidR="005740E0" w:rsidRDefault="005740E0">
            <w:pPr>
              <w:spacing w:line="240" w:lineRule="auto"/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7E6C8B" w14:textId="77777777" w:rsidR="005740E0" w:rsidRDefault="005740E0">
            <w:pPr>
              <w:spacing w:line="240" w:lineRule="auto"/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16D176" w14:textId="77777777" w:rsidR="005740E0" w:rsidRDefault="005740E0">
            <w:pPr>
              <w:spacing w:line="240" w:lineRule="auto"/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6E61DB" w14:textId="77777777" w:rsidR="005740E0" w:rsidRDefault="005740E0">
            <w:pPr>
              <w:spacing w:line="240" w:lineRule="auto"/>
            </w:pP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ACB4B3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9CFBF6" w14:textId="77777777" w:rsidR="005740E0" w:rsidRDefault="005740E0">
            <w:pPr>
              <w:spacing w:line="240" w:lineRule="auto"/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7AEA67" w14:textId="77777777" w:rsidR="005740E0" w:rsidRDefault="005740E0">
            <w:pPr>
              <w:spacing w:line="240" w:lineRule="auto"/>
            </w:pPr>
          </w:p>
        </w:tc>
      </w:tr>
      <w:tr w:rsidR="005740E0" w14:paraId="0E4281C8" w14:textId="77777777">
        <w:trPr>
          <w:cantSplit/>
          <w:trHeight w:val="500"/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3A975E" w14:textId="77777777" w:rsidR="005740E0" w:rsidRDefault="005740E0">
            <w:pPr>
              <w:spacing w:line="240" w:lineRule="auto"/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CDADFE" w14:textId="77777777" w:rsidR="005740E0" w:rsidRDefault="005740E0">
            <w:pPr>
              <w:spacing w:line="240" w:lineRule="auto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98AFA1" w14:textId="77777777" w:rsidR="005740E0" w:rsidRDefault="005740E0">
            <w:pPr>
              <w:spacing w:line="240" w:lineRule="auto"/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96A2D4" w14:textId="77777777" w:rsidR="005740E0" w:rsidRDefault="005740E0">
            <w:pPr>
              <w:spacing w:line="240" w:lineRule="auto"/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F19C11" w14:textId="77777777" w:rsidR="005740E0" w:rsidRDefault="005740E0">
            <w:pPr>
              <w:spacing w:line="240" w:lineRule="auto"/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FD3E72" w14:textId="77777777" w:rsidR="005740E0" w:rsidRDefault="005740E0">
            <w:pPr>
              <w:spacing w:line="240" w:lineRule="auto"/>
            </w:pP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518870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EBEF2E" w14:textId="77777777" w:rsidR="005740E0" w:rsidRDefault="005740E0">
            <w:pPr>
              <w:spacing w:line="240" w:lineRule="auto"/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437DEB" w14:textId="77777777" w:rsidR="005740E0" w:rsidRDefault="005740E0">
            <w:pPr>
              <w:spacing w:line="240" w:lineRule="auto"/>
            </w:pPr>
          </w:p>
        </w:tc>
      </w:tr>
      <w:tr w:rsidR="005740E0" w14:paraId="713ACA9A" w14:textId="77777777">
        <w:trPr>
          <w:cantSplit/>
          <w:trHeight w:val="500"/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798E3B" w14:textId="77777777" w:rsidR="005740E0" w:rsidRDefault="005740E0">
            <w:pPr>
              <w:spacing w:line="240" w:lineRule="auto"/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52263A" w14:textId="77777777" w:rsidR="005740E0" w:rsidRDefault="005740E0">
            <w:pPr>
              <w:spacing w:line="240" w:lineRule="auto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917323" w14:textId="77777777" w:rsidR="005740E0" w:rsidRDefault="005740E0">
            <w:pPr>
              <w:spacing w:line="240" w:lineRule="auto"/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FAC70E" w14:textId="77777777" w:rsidR="005740E0" w:rsidRDefault="005740E0">
            <w:pPr>
              <w:spacing w:line="240" w:lineRule="auto"/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B3268C" w14:textId="77777777" w:rsidR="005740E0" w:rsidRDefault="005740E0">
            <w:pPr>
              <w:spacing w:line="240" w:lineRule="auto"/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DAA71F" w14:textId="77777777" w:rsidR="005740E0" w:rsidRDefault="005740E0">
            <w:pPr>
              <w:spacing w:line="240" w:lineRule="auto"/>
            </w:pP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4A1711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63D9F8" w14:textId="77777777" w:rsidR="005740E0" w:rsidRDefault="005740E0">
            <w:pPr>
              <w:spacing w:line="240" w:lineRule="auto"/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ADBD10" w14:textId="77777777" w:rsidR="005740E0" w:rsidRDefault="005740E0">
            <w:pPr>
              <w:spacing w:line="240" w:lineRule="auto"/>
            </w:pPr>
          </w:p>
        </w:tc>
      </w:tr>
      <w:tr w:rsidR="005740E0" w14:paraId="38C96397" w14:textId="77777777">
        <w:trPr>
          <w:cantSplit/>
          <w:trHeight w:val="500"/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7B7432" w14:textId="77777777" w:rsidR="005740E0" w:rsidRDefault="005740E0">
            <w:pPr>
              <w:spacing w:line="240" w:lineRule="auto"/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25A4EA" w14:textId="77777777" w:rsidR="005740E0" w:rsidRDefault="005740E0">
            <w:pPr>
              <w:spacing w:line="240" w:lineRule="auto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347D7F" w14:textId="77777777" w:rsidR="005740E0" w:rsidRDefault="005740E0">
            <w:pPr>
              <w:spacing w:line="240" w:lineRule="auto"/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BF5ED4" w14:textId="77777777" w:rsidR="005740E0" w:rsidRDefault="005740E0">
            <w:pPr>
              <w:spacing w:line="240" w:lineRule="auto"/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A5E83A" w14:textId="77777777" w:rsidR="005740E0" w:rsidRDefault="005740E0">
            <w:pPr>
              <w:spacing w:line="240" w:lineRule="auto"/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CA9A30" w14:textId="77777777" w:rsidR="005740E0" w:rsidRDefault="005740E0">
            <w:pPr>
              <w:spacing w:line="240" w:lineRule="auto"/>
            </w:pP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8A0838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6A0B96" w14:textId="77777777" w:rsidR="005740E0" w:rsidRDefault="005740E0">
            <w:pPr>
              <w:spacing w:line="240" w:lineRule="auto"/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4B38A8" w14:textId="77777777" w:rsidR="005740E0" w:rsidRDefault="005740E0">
            <w:pPr>
              <w:spacing w:line="240" w:lineRule="auto"/>
            </w:pPr>
          </w:p>
        </w:tc>
      </w:tr>
      <w:tr w:rsidR="005740E0" w14:paraId="2F53C8B1" w14:textId="77777777">
        <w:trPr>
          <w:cantSplit/>
          <w:trHeight w:val="500"/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FE7A8A" w14:textId="77777777" w:rsidR="005740E0" w:rsidRDefault="005740E0">
            <w:pPr>
              <w:spacing w:line="240" w:lineRule="auto"/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AFBC13" w14:textId="77777777" w:rsidR="005740E0" w:rsidRDefault="005740E0">
            <w:pPr>
              <w:spacing w:line="240" w:lineRule="auto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CF0ABB" w14:textId="77777777" w:rsidR="005740E0" w:rsidRDefault="005740E0">
            <w:pPr>
              <w:spacing w:line="240" w:lineRule="auto"/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DB7C01" w14:textId="77777777" w:rsidR="005740E0" w:rsidRDefault="005740E0">
            <w:pPr>
              <w:spacing w:line="240" w:lineRule="auto"/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31048F" w14:textId="77777777" w:rsidR="005740E0" w:rsidRDefault="005740E0">
            <w:pPr>
              <w:spacing w:line="240" w:lineRule="auto"/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88C5C2" w14:textId="77777777" w:rsidR="005740E0" w:rsidRDefault="005740E0">
            <w:pPr>
              <w:spacing w:line="240" w:lineRule="auto"/>
            </w:pP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1754DB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1F23F0" w14:textId="77777777" w:rsidR="005740E0" w:rsidRDefault="005740E0">
            <w:pPr>
              <w:spacing w:line="240" w:lineRule="auto"/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B26184" w14:textId="77777777" w:rsidR="005740E0" w:rsidRDefault="005740E0">
            <w:pPr>
              <w:spacing w:line="240" w:lineRule="auto"/>
            </w:pPr>
          </w:p>
        </w:tc>
      </w:tr>
      <w:tr w:rsidR="005740E0" w14:paraId="1BE0CC5D" w14:textId="77777777">
        <w:trPr>
          <w:cantSplit/>
          <w:trHeight w:val="500"/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46E992" w14:textId="77777777" w:rsidR="005740E0" w:rsidRDefault="005740E0">
            <w:pPr>
              <w:spacing w:line="240" w:lineRule="auto"/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7B5385" w14:textId="77777777" w:rsidR="005740E0" w:rsidRDefault="005740E0">
            <w:pPr>
              <w:spacing w:line="240" w:lineRule="auto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3FC1C0" w14:textId="77777777" w:rsidR="005740E0" w:rsidRDefault="005740E0">
            <w:pPr>
              <w:spacing w:line="240" w:lineRule="auto"/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F8B194" w14:textId="77777777" w:rsidR="005740E0" w:rsidRDefault="005740E0">
            <w:pPr>
              <w:spacing w:line="240" w:lineRule="auto"/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C1318A" w14:textId="77777777" w:rsidR="005740E0" w:rsidRDefault="005740E0">
            <w:pPr>
              <w:spacing w:line="240" w:lineRule="auto"/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964C82" w14:textId="77777777" w:rsidR="005740E0" w:rsidRDefault="005740E0">
            <w:pPr>
              <w:spacing w:line="240" w:lineRule="auto"/>
            </w:pP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01D4BF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4B5BBB" w14:textId="77777777" w:rsidR="005740E0" w:rsidRDefault="005740E0">
            <w:pPr>
              <w:spacing w:line="240" w:lineRule="auto"/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0B058E" w14:textId="77777777" w:rsidR="005740E0" w:rsidRDefault="005740E0">
            <w:pPr>
              <w:spacing w:line="240" w:lineRule="auto"/>
            </w:pPr>
          </w:p>
        </w:tc>
      </w:tr>
      <w:tr w:rsidR="005740E0" w14:paraId="32DEABB3" w14:textId="77777777">
        <w:trPr>
          <w:cantSplit/>
          <w:trHeight w:val="500"/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0CD2F8" w14:textId="77777777" w:rsidR="005740E0" w:rsidRDefault="005740E0">
            <w:pPr>
              <w:spacing w:line="240" w:lineRule="auto"/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063CFF" w14:textId="77777777" w:rsidR="005740E0" w:rsidRDefault="005740E0">
            <w:pPr>
              <w:spacing w:line="240" w:lineRule="auto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5EF8B8" w14:textId="77777777" w:rsidR="005740E0" w:rsidRDefault="005740E0">
            <w:pPr>
              <w:spacing w:line="240" w:lineRule="auto"/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78B53C" w14:textId="77777777" w:rsidR="005740E0" w:rsidRDefault="005740E0">
            <w:pPr>
              <w:spacing w:line="240" w:lineRule="auto"/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CDAB85" w14:textId="77777777" w:rsidR="005740E0" w:rsidRDefault="005740E0">
            <w:pPr>
              <w:spacing w:line="240" w:lineRule="auto"/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39D65F" w14:textId="77777777" w:rsidR="005740E0" w:rsidRDefault="005740E0">
            <w:pPr>
              <w:spacing w:line="240" w:lineRule="auto"/>
            </w:pP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E1D82C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2EEBC5" w14:textId="77777777" w:rsidR="005740E0" w:rsidRDefault="005740E0">
            <w:pPr>
              <w:spacing w:line="240" w:lineRule="auto"/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17D1F6" w14:textId="77777777" w:rsidR="005740E0" w:rsidRDefault="005740E0">
            <w:pPr>
              <w:spacing w:line="240" w:lineRule="auto"/>
            </w:pPr>
          </w:p>
        </w:tc>
      </w:tr>
      <w:tr w:rsidR="005740E0" w14:paraId="4F9B66ED" w14:textId="77777777">
        <w:trPr>
          <w:cantSplit/>
          <w:trHeight w:val="500"/>
          <w:jc w:val="center"/>
        </w:trPr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6DC9FF" w14:textId="77777777" w:rsidR="005740E0" w:rsidRDefault="005740E0">
            <w:pPr>
              <w:spacing w:line="240" w:lineRule="auto"/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EAF88E" w14:textId="77777777" w:rsidR="005740E0" w:rsidRDefault="005740E0">
            <w:pPr>
              <w:spacing w:line="240" w:lineRule="auto"/>
            </w:pP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4E2CE9" w14:textId="77777777" w:rsidR="005740E0" w:rsidRDefault="005740E0">
            <w:pPr>
              <w:spacing w:line="240" w:lineRule="auto"/>
            </w:pP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1DD1DD" w14:textId="77777777" w:rsidR="005740E0" w:rsidRDefault="005740E0">
            <w:pPr>
              <w:spacing w:line="240" w:lineRule="auto"/>
            </w:pP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0908B7" w14:textId="77777777" w:rsidR="005740E0" w:rsidRDefault="005740E0">
            <w:pPr>
              <w:spacing w:line="240" w:lineRule="auto"/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A03105" w14:textId="77777777" w:rsidR="005740E0" w:rsidRDefault="005740E0">
            <w:pPr>
              <w:spacing w:line="240" w:lineRule="auto"/>
            </w:pP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854CCF" w14:textId="77777777" w:rsidR="005740E0" w:rsidRDefault="005740E0">
            <w:pPr>
              <w:spacing w:line="240" w:lineRule="auto"/>
            </w:pP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E05952" w14:textId="77777777" w:rsidR="005740E0" w:rsidRDefault="005740E0">
            <w:pPr>
              <w:spacing w:line="240" w:lineRule="auto"/>
            </w:pP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CF7A80" w14:textId="77777777" w:rsidR="005740E0" w:rsidRDefault="005740E0">
            <w:pPr>
              <w:spacing w:line="240" w:lineRule="auto"/>
            </w:pPr>
          </w:p>
        </w:tc>
      </w:tr>
    </w:tbl>
    <w:p w14:paraId="17C8778E" w14:textId="77777777" w:rsidR="00F6566A" w:rsidRDefault="00F6566A"/>
    <w:sectPr w:rsidR="00F6566A" w:rsidSect="00034616">
      <w:headerReference w:type="default" r:id="rId8"/>
      <w:footerReference w:type="default" r:id="rId9"/>
      <w:pgSz w:w="15840" w:h="12240" w:orient="landscape"/>
      <w:pgMar w:top="709" w:right="737" w:bottom="709" w:left="737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EDB0E" w14:textId="77777777" w:rsidR="00F6566A" w:rsidRDefault="00F6566A">
      <w:pPr>
        <w:spacing w:line="240" w:lineRule="auto"/>
      </w:pPr>
      <w:r>
        <w:separator/>
      </w:r>
    </w:p>
  </w:endnote>
  <w:endnote w:type="continuationSeparator" w:id="0">
    <w:p w14:paraId="0E1D5813" w14:textId="77777777" w:rsidR="00F6566A" w:rsidRDefault="00F656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9088F" w14:textId="77777777" w:rsidR="005740E0" w:rsidRDefault="00000000">
    <w:pPr>
      <w:pStyle w:val="Footer"/>
      <w:jc w:val="center"/>
    </w:pPr>
    <w:proofErr w:type="spellStart"/>
    <w:r>
      <w:rPr>
        <w:sz w:val="16"/>
      </w:rPr>
      <w:t>Səhifə</w:t>
    </w:r>
    <w:proofErr w:type="spellEnd"/>
    <w:r>
      <w:rPr>
        <w:sz w:val="16"/>
      </w:rPr>
      <w:t xml:space="preserve"> </w:t>
    </w:r>
    <w:r>
      <w:rPr>
        <w:sz w:val="16"/>
      </w:rPr>
      <w:fldChar w:fldCharType="begin"/>
    </w:r>
    <w:r>
      <w:rPr>
        <w:sz w:val="16"/>
      </w:rPr>
      <w:instrText>PAGE</w:instrText>
    </w:r>
    <w:r w:rsidR="00904FE8">
      <w:rPr>
        <w:sz w:val="16"/>
      </w:rPr>
      <w:fldChar w:fldCharType="separate"/>
    </w:r>
    <w:r w:rsidR="00904FE8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B557B" w14:textId="77777777" w:rsidR="00F6566A" w:rsidRDefault="00F6566A">
      <w:pPr>
        <w:spacing w:line="240" w:lineRule="auto"/>
      </w:pPr>
      <w:r>
        <w:separator/>
      </w:r>
    </w:p>
  </w:footnote>
  <w:footnote w:type="continuationSeparator" w:id="0">
    <w:p w14:paraId="6DFE7886" w14:textId="77777777" w:rsidR="00F6566A" w:rsidRDefault="00F656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7E56" w14:textId="0B915631" w:rsidR="005740E0" w:rsidRDefault="00904FE8">
    <w:pPr>
      <w:pStyle w:val="Header"/>
      <w:jc w:val="right"/>
    </w:pPr>
    <w:r>
      <w:rPr>
        <w:b/>
        <w:sz w:val="18"/>
      </w:rPr>
      <w:t>“BAKSTONE CONSTRUCTİON”</w:t>
    </w:r>
    <w:r w:rsidR="00000000">
      <w:rPr>
        <w:b/>
        <w:sz w:val="18"/>
      </w:rPr>
      <w:t xml:space="preserve"> MMC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6642796">
    <w:abstractNumId w:val="8"/>
  </w:num>
  <w:num w:numId="2" w16cid:durableId="284191069">
    <w:abstractNumId w:val="6"/>
  </w:num>
  <w:num w:numId="3" w16cid:durableId="949773538">
    <w:abstractNumId w:val="5"/>
  </w:num>
  <w:num w:numId="4" w16cid:durableId="1679773680">
    <w:abstractNumId w:val="4"/>
  </w:num>
  <w:num w:numId="5" w16cid:durableId="1358114373">
    <w:abstractNumId w:val="7"/>
  </w:num>
  <w:num w:numId="6" w16cid:durableId="316154200">
    <w:abstractNumId w:val="3"/>
  </w:num>
  <w:num w:numId="7" w16cid:durableId="1392852229">
    <w:abstractNumId w:val="2"/>
  </w:num>
  <w:num w:numId="8" w16cid:durableId="263735406">
    <w:abstractNumId w:val="1"/>
  </w:num>
  <w:num w:numId="9" w16cid:durableId="1551572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40E0"/>
    <w:rsid w:val="00713E26"/>
    <w:rsid w:val="00904FE8"/>
    <w:rsid w:val="00AA1D8D"/>
    <w:rsid w:val="00B47730"/>
    <w:rsid w:val="00CB0664"/>
    <w:rsid w:val="00F656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A6AD70"/>
  <w14:defaultImageDpi w14:val="300"/>
  <w15:docId w15:val="{DD8E0FA1-700D-4B97-8E6E-C650911B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Fərdi mühafizə vasitələrinin təhvil-təslim aktı</dc:title>
  <dc:subject>Fərdi mühafizə vasitələrinin işçiyə verilməsi haqqında akt</dc:subject>
  <dc:creator>OpenAI</dc:creator>
  <cp:keywords/>
  <dc:description>generated by python-docx</dc:description>
  <cp:lastModifiedBy>Ayazbay G. Ahmadov</cp:lastModifiedBy>
  <cp:revision>2</cp:revision>
  <dcterms:created xsi:type="dcterms:W3CDTF">2013-12-23T23:15:00Z</dcterms:created>
  <dcterms:modified xsi:type="dcterms:W3CDTF">2026-07-13T07:18:00Z</dcterms:modified>
  <cp:category/>
</cp:coreProperties>
</file>